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B9C77" w14:textId="02183DCF" w:rsidR="003469B1" w:rsidRDefault="00F63C39">
      <w:pPr>
        <w:rPr>
          <w:b/>
        </w:rPr>
      </w:pPr>
      <w:r>
        <w:rPr>
          <w:b/>
          <w:noProof/>
        </w:rPr>
        <w:drawing>
          <wp:anchor distT="0" distB="0" distL="114300" distR="114300" simplePos="0" relativeHeight="251657216" behindDoc="0" locked="0" layoutInCell="1" allowOverlap="1" wp14:anchorId="3F0AB4E5" wp14:editId="2587F18C">
            <wp:simplePos x="0" y="0"/>
            <wp:positionH relativeFrom="column">
              <wp:posOffset>-476250</wp:posOffset>
            </wp:positionH>
            <wp:positionV relativeFrom="paragraph">
              <wp:posOffset>-476250</wp:posOffset>
            </wp:positionV>
            <wp:extent cx="7600950" cy="10751430"/>
            <wp:effectExtent l="0" t="0" r="0" b="0"/>
            <wp:wrapNone/>
            <wp:docPr id="92777606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776068" name="Picture 92777606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3034" cy="107543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B94580" w14:textId="32BFC5E9" w:rsidR="003469B1" w:rsidRDefault="003469B1">
      <w:pPr>
        <w:rPr>
          <w:b/>
        </w:rPr>
      </w:pPr>
    </w:p>
    <w:p w14:paraId="3ACA4872" w14:textId="77777777" w:rsidR="003469B1" w:rsidRDefault="003469B1">
      <w:pPr>
        <w:rPr>
          <w:b/>
        </w:rPr>
      </w:pPr>
    </w:p>
    <w:p w14:paraId="1DE0F07F" w14:textId="77777777" w:rsidR="003469B1" w:rsidRDefault="003469B1">
      <w:pPr>
        <w:rPr>
          <w:b/>
        </w:rPr>
      </w:pPr>
    </w:p>
    <w:p w14:paraId="43142DE1" w14:textId="77777777" w:rsidR="003469B1" w:rsidRDefault="003469B1">
      <w:pPr>
        <w:rPr>
          <w:b/>
        </w:rPr>
      </w:pPr>
    </w:p>
    <w:p w14:paraId="06A14D15" w14:textId="77777777" w:rsidR="003469B1" w:rsidRDefault="003469B1">
      <w:pPr>
        <w:rPr>
          <w:b/>
        </w:rPr>
      </w:pPr>
    </w:p>
    <w:p w14:paraId="058D3E3F" w14:textId="77777777" w:rsidR="003469B1" w:rsidRDefault="003469B1">
      <w:pPr>
        <w:rPr>
          <w:b/>
        </w:rPr>
      </w:pPr>
    </w:p>
    <w:p w14:paraId="1F940A2F" w14:textId="77777777" w:rsidR="003469B1" w:rsidRDefault="003469B1">
      <w:pPr>
        <w:rPr>
          <w:b/>
        </w:rPr>
      </w:pPr>
    </w:p>
    <w:p w14:paraId="6F6CECDF" w14:textId="77777777" w:rsidR="003469B1" w:rsidRDefault="003469B1">
      <w:pPr>
        <w:rPr>
          <w:b/>
        </w:rPr>
      </w:pPr>
    </w:p>
    <w:p w14:paraId="562B620B" w14:textId="77777777" w:rsidR="003469B1" w:rsidRDefault="003469B1">
      <w:pPr>
        <w:rPr>
          <w:b/>
        </w:rPr>
      </w:pPr>
    </w:p>
    <w:p w14:paraId="62B523EC" w14:textId="77777777" w:rsidR="003469B1" w:rsidRDefault="003469B1">
      <w:pPr>
        <w:rPr>
          <w:b/>
        </w:rPr>
      </w:pPr>
    </w:p>
    <w:p w14:paraId="7F080ABB" w14:textId="77777777" w:rsidR="003469B1" w:rsidRDefault="003469B1">
      <w:pPr>
        <w:rPr>
          <w:b/>
        </w:rPr>
      </w:pPr>
    </w:p>
    <w:p w14:paraId="316CC59A" w14:textId="77777777" w:rsidR="003469B1" w:rsidRDefault="003469B1">
      <w:pPr>
        <w:rPr>
          <w:b/>
        </w:rPr>
      </w:pPr>
    </w:p>
    <w:p w14:paraId="5EA8EB74" w14:textId="77777777" w:rsidR="003469B1" w:rsidRDefault="003469B1">
      <w:pPr>
        <w:rPr>
          <w:b/>
        </w:rPr>
      </w:pPr>
    </w:p>
    <w:p w14:paraId="53C0EACC" w14:textId="77777777" w:rsidR="003469B1" w:rsidRDefault="003469B1">
      <w:pPr>
        <w:rPr>
          <w:b/>
        </w:rPr>
      </w:pPr>
    </w:p>
    <w:p w14:paraId="31914F43" w14:textId="77777777" w:rsidR="003469B1" w:rsidRDefault="003469B1">
      <w:pPr>
        <w:rPr>
          <w:b/>
        </w:rPr>
      </w:pPr>
    </w:p>
    <w:p w14:paraId="77680244" w14:textId="77777777" w:rsidR="003469B1" w:rsidRDefault="003469B1">
      <w:pPr>
        <w:rPr>
          <w:b/>
        </w:rPr>
      </w:pPr>
    </w:p>
    <w:p w14:paraId="6989B2ED" w14:textId="77777777" w:rsidR="003469B1" w:rsidRDefault="003469B1">
      <w:pPr>
        <w:rPr>
          <w:b/>
        </w:rPr>
      </w:pPr>
    </w:p>
    <w:p w14:paraId="000E31B9" w14:textId="77777777" w:rsidR="003469B1" w:rsidRDefault="003469B1">
      <w:pPr>
        <w:rPr>
          <w:b/>
        </w:rPr>
      </w:pPr>
    </w:p>
    <w:p w14:paraId="0B0D98D3" w14:textId="77777777" w:rsidR="003469B1" w:rsidRDefault="003469B1">
      <w:pPr>
        <w:rPr>
          <w:b/>
        </w:rPr>
      </w:pPr>
    </w:p>
    <w:p w14:paraId="2BD1B5F5" w14:textId="77777777" w:rsidR="003469B1" w:rsidRDefault="003469B1">
      <w:pPr>
        <w:rPr>
          <w:b/>
        </w:rPr>
      </w:pPr>
    </w:p>
    <w:p w14:paraId="1A193CB3" w14:textId="77777777" w:rsidR="003469B1" w:rsidRDefault="003469B1">
      <w:pPr>
        <w:rPr>
          <w:b/>
        </w:rPr>
      </w:pPr>
    </w:p>
    <w:p w14:paraId="3AA12358" w14:textId="77777777" w:rsidR="003469B1" w:rsidRDefault="003469B1">
      <w:pPr>
        <w:rPr>
          <w:b/>
        </w:rPr>
      </w:pPr>
    </w:p>
    <w:p w14:paraId="6D8094CD" w14:textId="77777777" w:rsidR="003469B1" w:rsidRDefault="003469B1">
      <w:pPr>
        <w:rPr>
          <w:b/>
        </w:rPr>
      </w:pPr>
    </w:p>
    <w:p w14:paraId="465DBAF6" w14:textId="77777777" w:rsidR="003469B1" w:rsidRDefault="003469B1">
      <w:pPr>
        <w:rPr>
          <w:b/>
        </w:rPr>
      </w:pPr>
    </w:p>
    <w:p w14:paraId="1736F0E9" w14:textId="77777777" w:rsidR="003469B1" w:rsidRDefault="003469B1">
      <w:pPr>
        <w:rPr>
          <w:b/>
        </w:rPr>
      </w:pPr>
    </w:p>
    <w:p w14:paraId="6560D5BA" w14:textId="77777777" w:rsidR="003469B1" w:rsidRDefault="003469B1">
      <w:pPr>
        <w:rPr>
          <w:b/>
        </w:rPr>
      </w:pPr>
    </w:p>
    <w:p w14:paraId="07552C6C" w14:textId="77777777" w:rsidR="003469B1" w:rsidRDefault="003469B1">
      <w:pPr>
        <w:rPr>
          <w:b/>
        </w:rPr>
      </w:pPr>
    </w:p>
    <w:p w14:paraId="34D5C611" w14:textId="77777777" w:rsidR="003469B1" w:rsidRDefault="003469B1">
      <w:pPr>
        <w:rPr>
          <w:b/>
        </w:rPr>
      </w:pPr>
    </w:p>
    <w:p w14:paraId="4106B82E" w14:textId="77777777" w:rsidR="003469B1" w:rsidRDefault="003469B1">
      <w:pPr>
        <w:rPr>
          <w:b/>
        </w:rPr>
      </w:pPr>
    </w:p>
    <w:p w14:paraId="28CC117D" w14:textId="77777777" w:rsidR="003469B1" w:rsidRDefault="003469B1">
      <w:pPr>
        <w:rPr>
          <w:b/>
        </w:rPr>
      </w:pPr>
    </w:p>
    <w:p w14:paraId="000A6143" w14:textId="7A721F36" w:rsidR="003469B1" w:rsidRDefault="00F63C39">
      <w:pPr>
        <w:rPr>
          <w:b/>
        </w:rPr>
      </w:pPr>
      <w:r>
        <w:rPr>
          <w:b/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458E41E2" wp14:editId="4C137613">
            <wp:simplePos x="0" y="0"/>
            <wp:positionH relativeFrom="column">
              <wp:posOffset>-495300</wp:posOffset>
            </wp:positionH>
            <wp:positionV relativeFrom="paragraph">
              <wp:posOffset>-438150</wp:posOffset>
            </wp:positionV>
            <wp:extent cx="7581900" cy="10724484"/>
            <wp:effectExtent l="0" t="0" r="0" b="1270"/>
            <wp:wrapNone/>
            <wp:docPr id="60781258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812585" name="Picture 60781258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85296" cy="107292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E7051E" w14:textId="77777777" w:rsidR="003469B1" w:rsidRDefault="003469B1">
      <w:pPr>
        <w:rPr>
          <w:b/>
        </w:rPr>
      </w:pPr>
    </w:p>
    <w:p w14:paraId="2CF2F9D0" w14:textId="0BACACE9" w:rsidR="003469B1" w:rsidRDefault="003469B1">
      <w:pPr>
        <w:rPr>
          <w:b/>
        </w:rPr>
      </w:pPr>
    </w:p>
    <w:p w14:paraId="77080C5D" w14:textId="77777777" w:rsidR="003469B1" w:rsidRDefault="003469B1">
      <w:pPr>
        <w:rPr>
          <w:b/>
        </w:rPr>
      </w:pPr>
    </w:p>
    <w:p w14:paraId="4A33709E" w14:textId="77777777" w:rsidR="003469B1" w:rsidRDefault="003469B1">
      <w:pPr>
        <w:rPr>
          <w:b/>
        </w:rPr>
      </w:pPr>
    </w:p>
    <w:p w14:paraId="2EFC5665" w14:textId="77777777" w:rsidR="003469B1" w:rsidRDefault="003469B1">
      <w:pPr>
        <w:rPr>
          <w:b/>
        </w:rPr>
      </w:pPr>
    </w:p>
    <w:p w14:paraId="730F7F12" w14:textId="77777777" w:rsidR="003469B1" w:rsidRDefault="003469B1">
      <w:pPr>
        <w:rPr>
          <w:b/>
        </w:rPr>
      </w:pPr>
    </w:p>
    <w:p w14:paraId="4ACCA780" w14:textId="77777777" w:rsidR="003469B1" w:rsidRDefault="003469B1">
      <w:pPr>
        <w:rPr>
          <w:b/>
        </w:rPr>
      </w:pPr>
    </w:p>
    <w:p w14:paraId="22627CB8" w14:textId="77777777" w:rsidR="003469B1" w:rsidRDefault="003469B1">
      <w:pPr>
        <w:rPr>
          <w:b/>
        </w:rPr>
      </w:pPr>
    </w:p>
    <w:p w14:paraId="2E1D2D05" w14:textId="77777777" w:rsidR="003469B1" w:rsidRDefault="003469B1">
      <w:pPr>
        <w:rPr>
          <w:b/>
        </w:rPr>
      </w:pPr>
    </w:p>
    <w:p w14:paraId="441F1D86" w14:textId="77777777" w:rsidR="003469B1" w:rsidRDefault="003469B1">
      <w:pPr>
        <w:rPr>
          <w:b/>
        </w:rPr>
      </w:pPr>
    </w:p>
    <w:p w14:paraId="72E2C83C" w14:textId="77777777" w:rsidR="003469B1" w:rsidRDefault="003469B1">
      <w:pPr>
        <w:rPr>
          <w:b/>
        </w:rPr>
      </w:pPr>
    </w:p>
    <w:p w14:paraId="0C16C68C" w14:textId="77777777" w:rsidR="003469B1" w:rsidRDefault="003469B1">
      <w:pPr>
        <w:rPr>
          <w:b/>
        </w:rPr>
      </w:pPr>
    </w:p>
    <w:p w14:paraId="0080F22B" w14:textId="77777777" w:rsidR="003469B1" w:rsidRDefault="003469B1">
      <w:pPr>
        <w:rPr>
          <w:b/>
        </w:rPr>
      </w:pPr>
    </w:p>
    <w:p w14:paraId="6BEA0098" w14:textId="77777777" w:rsidR="003469B1" w:rsidRDefault="003469B1">
      <w:pPr>
        <w:rPr>
          <w:b/>
        </w:rPr>
      </w:pPr>
    </w:p>
    <w:p w14:paraId="3F0ABDE7" w14:textId="77777777" w:rsidR="003469B1" w:rsidRDefault="003469B1">
      <w:pPr>
        <w:rPr>
          <w:b/>
        </w:rPr>
      </w:pPr>
    </w:p>
    <w:p w14:paraId="74EFFC54" w14:textId="77777777" w:rsidR="003469B1" w:rsidRDefault="003469B1">
      <w:pPr>
        <w:rPr>
          <w:b/>
        </w:rPr>
      </w:pPr>
    </w:p>
    <w:p w14:paraId="41A0D99F" w14:textId="77777777" w:rsidR="003469B1" w:rsidRDefault="003469B1">
      <w:pPr>
        <w:rPr>
          <w:b/>
        </w:rPr>
      </w:pPr>
    </w:p>
    <w:p w14:paraId="1892B4E3" w14:textId="77777777" w:rsidR="003469B1" w:rsidRDefault="003469B1">
      <w:pPr>
        <w:rPr>
          <w:b/>
        </w:rPr>
      </w:pPr>
    </w:p>
    <w:p w14:paraId="50D11970" w14:textId="77777777" w:rsidR="003469B1" w:rsidRDefault="003469B1">
      <w:pPr>
        <w:rPr>
          <w:b/>
        </w:rPr>
      </w:pPr>
    </w:p>
    <w:p w14:paraId="55A6A6CF" w14:textId="77777777" w:rsidR="003469B1" w:rsidRDefault="003469B1">
      <w:pPr>
        <w:rPr>
          <w:b/>
        </w:rPr>
      </w:pPr>
    </w:p>
    <w:p w14:paraId="20DA861F" w14:textId="77777777" w:rsidR="003469B1" w:rsidRDefault="003469B1">
      <w:pPr>
        <w:rPr>
          <w:b/>
        </w:rPr>
      </w:pPr>
    </w:p>
    <w:p w14:paraId="22851E9B" w14:textId="77777777" w:rsidR="003469B1" w:rsidRDefault="003469B1">
      <w:pPr>
        <w:rPr>
          <w:b/>
        </w:rPr>
      </w:pPr>
    </w:p>
    <w:p w14:paraId="10331625" w14:textId="77777777" w:rsidR="003469B1" w:rsidRDefault="003469B1">
      <w:pPr>
        <w:rPr>
          <w:b/>
        </w:rPr>
      </w:pPr>
    </w:p>
    <w:p w14:paraId="7DA428F5" w14:textId="77777777" w:rsidR="003469B1" w:rsidRDefault="003469B1">
      <w:pPr>
        <w:rPr>
          <w:b/>
        </w:rPr>
      </w:pPr>
    </w:p>
    <w:p w14:paraId="0A07C50B" w14:textId="77777777" w:rsidR="003469B1" w:rsidRDefault="003469B1">
      <w:pPr>
        <w:rPr>
          <w:b/>
        </w:rPr>
      </w:pPr>
    </w:p>
    <w:p w14:paraId="27CE18DD" w14:textId="77777777" w:rsidR="003469B1" w:rsidRDefault="003469B1">
      <w:pPr>
        <w:rPr>
          <w:b/>
        </w:rPr>
      </w:pPr>
    </w:p>
    <w:p w14:paraId="1C3D82E6" w14:textId="77777777" w:rsidR="003469B1" w:rsidRDefault="003469B1">
      <w:pPr>
        <w:rPr>
          <w:b/>
        </w:rPr>
      </w:pPr>
    </w:p>
    <w:p w14:paraId="0E6D5A5E" w14:textId="77777777" w:rsidR="003469B1" w:rsidRDefault="003469B1">
      <w:pPr>
        <w:rPr>
          <w:b/>
        </w:rPr>
      </w:pPr>
    </w:p>
    <w:p w14:paraId="22CFBD20" w14:textId="77777777" w:rsidR="003469B1" w:rsidRDefault="003469B1">
      <w:pPr>
        <w:rPr>
          <w:b/>
        </w:rPr>
      </w:pPr>
    </w:p>
    <w:p w14:paraId="45370213" w14:textId="77777777" w:rsidR="003469B1" w:rsidRDefault="003469B1">
      <w:pPr>
        <w:rPr>
          <w:b/>
        </w:rPr>
      </w:pPr>
    </w:p>
    <w:p w14:paraId="061291CC" w14:textId="0CE12169" w:rsidR="00F63C39" w:rsidRDefault="00F63C39">
      <w:pPr>
        <w:rPr>
          <w:rFonts w:ascii="Poppins" w:hAnsi="Poppins" w:cs="Poppins"/>
          <w:b/>
          <w:color w:val="1E64A0"/>
          <w:sz w:val="20"/>
          <w:szCs w:val="20"/>
        </w:rPr>
      </w:pPr>
      <w:r>
        <w:rPr>
          <w:rFonts w:ascii="Poppins" w:hAnsi="Poppins" w:cs="Poppins"/>
          <w:b/>
          <w:noProof/>
          <w:color w:val="1E64A0"/>
          <w:sz w:val="20"/>
          <w:szCs w:val="20"/>
        </w:rPr>
        <w:lastRenderedPageBreak/>
        <w:drawing>
          <wp:anchor distT="0" distB="0" distL="114300" distR="114300" simplePos="0" relativeHeight="251661312" behindDoc="0" locked="0" layoutInCell="1" allowOverlap="1" wp14:anchorId="485C2EC8" wp14:editId="58B2B123">
            <wp:simplePos x="0" y="0"/>
            <wp:positionH relativeFrom="column">
              <wp:posOffset>-495300</wp:posOffset>
            </wp:positionH>
            <wp:positionV relativeFrom="paragraph">
              <wp:posOffset>-438150</wp:posOffset>
            </wp:positionV>
            <wp:extent cx="7562850" cy="10697538"/>
            <wp:effectExtent l="0" t="0" r="0" b="8890"/>
            <wp:wrapNone/>
            <wp:docPr id="1538227224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227224" name="Picture 153822722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67149" cy="107036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0B0991" w14:textId="294D1310" w:rsidR="00F63C39" w:rsidRDefault="00F63C39">
      <w:pPr>
        <w:rPr>
          <w:rFonts w:ascii="Poppins" w:hAnsi="Poppins" w:cs="Poppins"/>
          <w:b/>
          <w:color w:val="1E64A0"/>
          <w:sz w:val="20"/>
          <w:szCs w:val="20"/>
        </w:rPr>
      </w:pPr>
    </w:p>
    <w:p w14:paraId="2DCD2A1E" w14:textId="77777777" w:rsidR="00F63C39" w:rsidRDefault="00F63C39">
      <w:pPr>
        <w:rPr>
          <w:rFonts w:ascii="Poppins" w:hAnsi="Poppins" w:cs="Poppins"/>
          <w:b/>
          <w:color w:val="1E64A0"/>
          <w:sz w:val="20"/>
          <w:szCs w:val="20"/>
        </w:rPr>
      </w:pPr>
    </w:p>
    <w:p w14:paraId="44343DA6" w14:textId="77777777" w:rsidR="00F63C39" w:rsidRDefault="00F63C39">
      <w:pPr>
        <w:rPr>
          <w:rFonts w:ascii="Poppins" w:hAnsi="Poppins" w:cs="Poppins"/>
          <w:b/>
          <w:color w:val="1E64A0"/>
          <w:sz w:val="20"/>
          <w:szCs w:val="20"/>
        </w:rPr>
      </w:pPr>
    </w:p>
    <w:p w14:paraId="3064ABA7" w14:textId="77777777" w:rsidR="00F63C39" w:rsidRDefault="00F63C39">
      <w:pPr>
        <w:rPr>
          <w:rFonts w:ascii="Poppins" w:hAnsi="Poppins" w:cs="Poppins"/>
          <w:b/>
          <w:color w:val="1E64A0"/>
          <w:sz w:val="20"/>
          <w:szCs w:val="20"/>
        </w:rPr>
      </w:pPr>
    </w:p>
    <w:p w14:paraId="7AC58E6B" w14:textId="77777777" w:rsidR="00F63C39" w:rsidRDefault="00F63C39">
      <w:pPr>
        <w:rPr>
          <w:rFonts w:ascii="Poppins" w:hAnsi="Poppins" w:cs="Poppins"/>
          <w:b/>
          <w:color w:val="1E64A0"/>
          <w:sz w:val="20"/>
          <w:szCs w:val="20"/>
        </w:rPr>
      </w:pPr>
    </w:p>
    <w:p w14:paraId="7118D95C" w14:textId="77777777" w:rsidR="00F63C39" w:rsidRDefault="00F63C39">
      <w:pPr>
        <w:rPr>
          <w:rFonts w:ascii="Poppins" w:hAnsi="Poppins" w:cs="Poppins"/>
          <w:b/>
          <w:color w:val="1E64A0"/>
          <w:sz w:val="20"/>
          <w:szCs w:val="20"/>
        </w:rPr>
      </w:pPr>
    </w:p>
    <w:p w14:paraId="766DB453" w14:textId="77777777" w:rsidR="00F63C39" w:rsidRDefault="00F63C39">
      <w:pPr>
        <w:rPr>
          <w:rFonts w:ascii="Poppins" w:hAnsi="Poppins" w:cs="Poppins"/>
          <w:b/>
          <w:color w:val="1E64A0"/>
          <w:sz w:val="20"/>
          <w:szCs w:val="20"/>
        </w:rPr>
      </w:pPr>
    </w:p>
    <w:p w14:paraId="7E18AEBC" w14:textId="77777777" w:rsidR="00F63C39" w:rsidRDefault="00F63C39">
      <w:pPr>
        <w:rPr>
          <w:rFonts w:ascii="Poppins" w:hAnsi="Poppins" w:cs="Poppins"/>
          <w:b/>
          <w:color w:val="1E64A0"/>
          <w:sz w:val="20"/>
          <w:szCs w:val="20"/>
        </w:rPr>
      </w:pPr>
    </w:p>
    <w:p w14:paraId="1E9C5B0B" w14:textId="77777777" w:rsidR="00F63C39" w:rsidRDefault="00F63C39">
      <w:pPr>
        <w:rPr>
          <w:rFonts w:ascii="Poppins" w:hAnsi="Poppins" w:cs="Poppins"/>
          <w:b/>
          <w:color w:val="1E64A0"/>
          <w:sz w:val="20"/>
          <w:szCs w:val="20"/>
        </w:rPr>
      </w:pPr>
    </w:p>
    <w:p w14:paraId="7088B894" w14:textId="77777777" w:rsidR="00F63C39" w:rsidRDefault="00F63C39">
      <w:pPr>
        <w:rPr>
          <w:rFonts w:ascii="Poppins" w:hAnsi="Poppins" w:cs="Poppins"/>
          <w:b/>
          <w:color w:val="1E64A0"/>
          <w:sz w:val="20"/>
          <w:szCs w:val="20"/>
        </w:rPr>
      </w:pPr>
    </w:p>
    <w:p w14:paraId="422594DC" w14:textId="77777777" w:rsidR="00F63C39" w:rsidRDefault="00F63C39">
      <w:pPr>
        <w:rPr>
          <w:rFonts w:ascii="Poppins" w:hAnsi="Poppins" w:cs="Poppins"/>
          <w:b/>
          <w:color w:val="1E64A0"/>
          <w:sz w:val="20"/>
          <w:szCs w:val="20"/>
        </w:rPr>
      </w:pPr>
    </w:p>
    <w:p w14:paraId="60A016C3" w14:textId="77777777" w:rsidR="00F63C39" w:rsidRDefault="00F63C39">
      <w:pPr>
        <w:rPr>
          <w:rFonts w:ascii="Poppins" w:hAnsi="Poppins" w:cs="Poppins"/>
          <w:b/>
          <w:color w:val="1E64A0"/>
          <w:sz w:val="20"/>
          <w:szCs w:val="20"/>
        </w:rPr>
      </w:pPr>
    </w:p>
    <w:p w14:paraId="31F63EC5" w14:textId="77777777" w:rsidR="00F63C39" w:rsidRDefault="00F63C39">
      <w:pPr>
        <w:rPr>
          <w:rFonts w:ascii="Poppins" w:hAnsi="Poppins" w:cs="Poppins"/>
          <w:b/>
          <w:color w:val="1E64A0"/>
          <w:sz w:val="20"/>
          <w:szCs w:val="20"/>
        </w:rPr>
      </w:pPr>
    </w:p>
    <w:p w14:paraId="0989F18C" w14:textId="77777777" w:rsidR="00F63C39" w:rsidRDefault="00F63C39">
      <w:pPr>
        <w:rPr>
          <w:rFonts w:ascii="Poppins" w:hAnsi="Poppins" w:cs="Poppins"/>
          <w:b/>
          <w:color w:val="1E64A0"/>
          <w:sz w:val="20"/>
          <w:szCs w:val="20"/>
        </w:rPr>
      </w:pPr>
    </w:p>
    <w:p w14:paraId="18682F4C" w14:textId="77777777" w:rsidR="00F63C39" w:rsidRDefault="00F63C39">
      <w:pPr>
        <w:rPr>
          <w:rFonts w:ascii="Poppins" w:hAnsi="Poppins" w:cs="Poppins"/>
          <w:b/>
          <w:color w:val="1E64A0"/>
          <w:sz w:val="20"/>
          <w:szCs w:val="20"/>
        </w:rPr>
      </w:pPr>
    </w:p>
    <w:p w14:paraId="2E440270" w14:textId="77777777" w:rsidR="00F63C39" w:rsidRDefault="00F63C39">
      <w:pPr>
        <w:rPr>
          <w:rFonts w:ascii="Poppins" w:hAnsi="Poppins" w:cs="Poppins"/>
          <w:b/>
          <w:color w:val="1E64A0"/>
          <w:sz w:val="20"/>
          <w:szCs w:val="20"/>
        </w:rPr>
      </w:pPr>
    </w:p>
    <w:p w14:paraId="60270BDA" w14:textId="77777777" w:rsidR="00F63C39" w:rsidRDefault="00F63C39">
      <w:pPr>
        <w:rPr>
          <w:rFonts w:ascii="Poppins" w:hAnsi="Poppins" w:cs="Poppins"/>
          <w:b/>
          <w:color w:val="1E64A0"/>
          <w:sz w:val="20"/>
          <w:szCs w:val="20"/>
        </w:rPr>
      </w:pPr>
    </w:p>
    <w:p w14:paraId="48353B3B" w14:textId="77777777" w:rsidR="00F63C39" w:rsidRDefault="00F63C39">
      <w:pPr>
        <w:rPr>
          <w:rFonts w:ascii="Poppins" w:hAnsi="Poppins" w:cs="Poppins"/>
          <w:b/>
          <w:color w:val="1E64A0"/>
          <w:sz w:val="20"/>
          <w:szCs w:val="20"/>
        </w:rPr>
      </w:pPr>
    </w:p>
    <w:p w14:paraId="2D7F1044" w14:textId="77777777" w:rsidR="00F63C39" w:rsidRDefault="00F63C39">
      <w:pPr>
        <w:rPr>
          <w:rFonts w:ascii="Poppins" w:hAnsi="Poppins" w:cs="Poppins"/>
          <w:b/>
          <w:color w:val="1E64A0"/>
          <w:sz w:val="20"/>
          <w:szCs w:val="20"/>
        </w:rPr>
      </w:pPr>
    </w:p>
    <w:p w14:paraId="554DBB24" w14:textId="77777777" w:rsidR="00F63C39" w:rsidRDefault="00F63C39">
      <w:pPr>
        <w:rPr>
          <w:rFonts w:ascii="Poppins" w:hAnsi="Poppins" w:cs="Poppins"/>
          <w:b/>
          <w:color w:val="1E64A0"/>
          <w:sz w:val="20"/>
          <w:szCs w:val="20"/>
        </w:rPr>
      </w:pPr>
    </w:p>
    <w:p w14:paraId="0AC1C387" w14:textId="77777777" w:rsidR="00F63C39" w:rsidRDefault="00F63C39">
      <w:pPr>
        <w:rPr>
          <w:rFonts w:ascii="Poppins" w:hAnsi="Poppins" w:cs="Poppins"/>
          <w:b/>
          <w:color w:val="1E64A0"/>
          <w:sz w:val="20"/>
          <w:szCs w:val="20"/>
        </w:rPr>
      </w:pPr>
    </w:p>
    <w:p w14:paraId="536DA90B" w14:textId="77777777" w:rsidR="00F63C39" w:rsidRDefault="00F63C39">
      <w:pPr>
        <w:rPr>
          <w:rFonts w:ascii="Poppins" w:hAnsi="Poppins" w:cs="Poppins"/>
          <w:b/>
          <w:color w:val="1E64A0"/>
          <w:sz w:val="20"/>
          <w:szCs w:val="20"/>
        </w:rPr>
      </w:pPr>
    </w:p>
    <w:p w14:paraId="23FBB97C" w14:textId="77777777" w:rsidR="00F63C39" w:rsidRDefault="00F63C39">
      <w:pPr>
        <w:rPr>
          <w:rFonts w:ascii="Poppins" w:hAnsi="Poppins" w:cs="Poppins"/>
          <w:b/>
          <w:color w:val="1E64A0"/>
          <w:sz w:val="20"/>
          <w:szCs w:val="20"/>
        </w:rPr>
      </w:pPr>
    </w:p>
    <w:p w14:paraId="3D77E089" w14:textId="77777777" w:rsidR="00F63C39" w:rsidRDefault="00F63C39">
      <w:pPr>
        <w:rPr>
          <w:rFonts w:ascii="Poppins" w:hAnsi="Poppins" w:cs="Poppins"/>
          <w:b/>
          <w:color w:val="1E64A0"/>
          <w:sz w:val="20"/>
          <w:szCs w:val="20"/>
        </w:rPr>
      </w:pPr>
    </w:p>
    <w:p w14:paraId="4EBEC89E" w14:textId="77777777" w:rsidR="00F63C39" w:rsidRDefault="00F63C39">
      <w:pPr>
        <w:rPr>
          <w:rFonts w:ascii="Poppins" w:hAnsi="Poppins" w:cs="Poppins"/>
          <w:b/>
          <w:color w:val="1E64A0"/>
          <w:sz w:val="20"/>
          <w:szCs w:val="20"/>
        </w:rPr>
      </w:pPr>
    </w:p>
    <w:p w14:paraId="4B282E31" w14:textId="77777777" w:rsidR="00F63C39" w:rsidRDefault="00F63C39">
      <w:pPr>
        <w:rPr>
          <w:rFonts w:ascii="Poppins" w:hAnsi="Poppins" w:cs="Poppins"/>
          <w:b/>
          <w:color w:val="1E64A0"/>
          <w:sz w:val="20"/>
          <w:szCs w:val="20"/>
        </w:rPr>
      </w:pPr>
    </w:p>
    <w:p w14:paraId="6E74598F" w14:textId="77777777" w:rsidR="00F63C39" w:rsidRDefault="00F63C39">
      <w:pPr>
        <w:rPr>
          <w:rFonts w:ascii="Poppins" w:hAnsi="Poppins" w:cs="Poppins"/>
          <w:b/>
          <w:color w:val="1E64A0"/>
          <w:sz w:val="20"/>
          <w:szCs w:val="20"/>
        </w:rPr>
      </w:pPr>
    </w:p>
    <w:p w14:paraId="6BF42DA8" w14:textId="5F80E23E" w:rsidR="00142437" w:rsidRPr="00BE5544" w:rsidRDefault="00000000">
      <w:pPr>
        <w:rPr>
          <w:rFonts w:ascii="Poppins" w:hAnsi="Poppins" w:cs="Poppins"/>
          <w:color w:val="1E64A0"/>
          <w:sz w:val="20"/>
          <w:szCs w:val="20"/>
        </w:rPr>
      </w:pPr>
      <w:r w:rsidRPr="00BE5544">
        <w:rPr>
          <w:rFonts w:ascii="Poppins" w:hAnsi="Poppins" w:cs="Poppins"/>
          <w:b/>
          <w:color w:val="1E64A0"/>
          <w:sz w:val="20"/>
          <w:szCs w:val="20"/>
        </w:rPr>
        <w:lastRenderedPageBreak/>
        <w:t>Registration Form</w:t>
      </w:r>
    </w:p>
    <w:p w14:paraId="1188850A" w14:textId="71AE4D3F" w:rsidR="00142437" w:rsidRPr="003469B1" w:rsidRDefault="00BE5544">
      <w:pPr>
        <w:rPr>
          <w:rFonts w:ascii="Poppins" w:hAnsi="Poppins" w:cs="Poppins"/>
          <w:sz w:val="18"/>
          <w:szCs w:val="18"/>
        </w:rPr>
      </w:pPr>
      <w:r>
        <w:rPr>
          <w:rFonts w:ascii="Poppins" w:hAnsi="Poppins" w:cs="Poppins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1905F415" wp14:editId="6CE04519">
                <wp:simplePos x="0" y="0"/>
                <wp:positionH relativeFrom="column">
                  <wp:posOffset>685800</wp:posOffset>
                </wp:positionH>
                <wp:positionV relativeFrom="paragraph">
                  <wp:posOffset>141605</wp:posOffset>
                </wp:positionV>
                <wp:extent cx="5943600" cy="0"/>
                <wp:effectExtent l="0" t="0" r="0" b="0"/>
                <wp:wrapNone/>
                <wp:docPr id="613615605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A41D07" id="Straight Connector 3" o:spid="_x0000_s1026" style="position:absolute;z-index: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pt,11.15pt" to="522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" strokecolor="black [3040]"/>
            </w:pict>
          </mc:Fallback>
        </mc:AlternateContent>
      </w:r>
      <w:r w:rsidRPr="003469B1">
        <w:rPr>
          <w:rFonts w:ascii="Poppins" w:hAnsi="Poppins" w:cs="Poppins"/>
          <w:sz w:val="18"/>
          <w:szCs w:val="18"/>
        </w:rPr>
        <w:t xml:space="preserve">Your Name </w:t>
      </w:r>
      <w:r>
        <w:rPr>
          <w:rFonts w:ascii="Poppins" w:hAnsi="Poppins" w:cs="Poppins"/>
          <w:sz w:val="18"/>
          <w:szCs w:val="18"/>
        </w:rPr>
        <w:t xml:space="preserve"> </w:t>
      </w:r>
    </w:p>
    <w:p w14:paraId="3D647F9D" w14:textId="5AC2E348" w:rsidR="00142437" w:rsidRPr="003469B1" w:rsidRDefault="00BE5544">
      <w:pPr>
        <w:rPr>
          <w:rFonts w:ascii="Poppins" w:hAnsi="Poppins" w:cs="Poppins"/>
          <w:sz w:val="18"/>
          <w:szCs w:val="18"/>
        </w:rPr>
      </w:pPr>
      <w:r>
        <w:rPr>
          <w:rFonts w:ascii="Poppins" w:hAnsi="Poppins" w:cs="Poppins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4723AE12" wp14:editId="72C7B289">
                <wp:simplePos x="0" y="0"/>
                <wp:positionH relativeFrom="column">
                  <wp:posOffset>365760</wp:posOffset>
                </wp:positionH>
                <wp:positionV relativeFrom="paragraph">
                  <wp:posOffset>137795</wp:posOffset>
                </wp:positionV>
                <wp:extent cx="6263640" cy="0"/>
                <wp:effectExtent l="0" t="0" r="0" b="0"/>
                <wp:wrapNone/>
                <wp:docPr id="1557395762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364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276CED9" id="Straight Connector 3" o:spid="_x0000_s1026" style="position:absolute;z-index:2516357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.8pt,10.85pt" to="522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" strokecolor="black [3040]"/>
            </w:pict>
          </mc:Fallback>
        </mc:AlternateContent>
      </w:r>
      <w:r w:rsidRPr="003469B1">
        <w:rPr>
          <w:rFonts w:ascii="Poppins" w:hAnsi="Poppins" w:cs="Poppins"/>
          <w:sz w:val="18"/>
          <w:szCs w:val="18"/>
        </w:rPr>
        <w:t xml:space="preserve">Email </w:t>
      </w:r>
    </w:p>
    <w:p w14:paraId="53807F9A" w14:textId="0DB18662" w:rsidR="00142437" w:rsidRPr="003469B1" w:rsidRDefault="00BE5544">
      <w:pPr>
        <w:rPr>
          <w:rFonts w:ascii="Poppins" w:hAnsi="Poppins" w:cs="Poppins"/>
          <w:sz w:val="18"/>
          <w:szCs w:val="18"/>
        </w:rPr>
      </w:pPr>
      <w:r>
        <w:rPr>
          <w:rFonts w:ascii="Poppins" w:hAnsi="Poppins" w:cs="Poppins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A914EC1" wp14:editId="49C7846A">
                <wp:simplePos x="0" y="0"/>
                <wp:positionH relativeFrom="column">
                  <wp:posOffset>4198620</wp:posOffset>
                </wp:positionH>
                <wp:positionV relativeFrom="paragraph">
                  <wp:posOffset>133350</wp:posOffset>
                </wp:positionV>
                <wp:extent cx="2430780" cy="0"/>
                <wp:effectExtent l="0" t="0" r="0" b="0"/>
                <wp:wrapNone/>
                <wp:docPr id="1379789024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3078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8770754" id="Straight Connector 3" o:spid="_x0000_s1026" style="position:absolute;z-index:251648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0.6pt,10.5pt" to="522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" strokecolor="black [3040]"/>
            </w:pict>
          </mc:Fallback>
        </mc:AlternateContent>
      </w:r>
      <w:r>
        <w:rPr>
          <w:rFonts w:ascii="Poppins" w:hAnsi="Poppins" w:cs="Poppins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1919C627" wp14:editId="721925AE">
                <wp:simplePos x="0" y="0"/>
                <wp:positionH relativeFrom="column">
                  <wp:posOffset>434340</wp:posOffset>
                </wp:positionH>
                <wp:positionV relativeFrom="paragraph">
                  <wp:posOffset>125730</wp:posOffset>
                </wp:positionV>
                <wp:extent cx="2811780" cy="0"/>
                <wp:effectExtent l="0" t="0" r="0" b="0"/>
                <wp:wrapNone/>
                <wp:docPr id="1723803904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1178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A39B0CA" id="Straight Connector 3" o:spid="_x0000_s1026" style="position:absolute;z-index:251642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2pt,9.9pt" to="255.6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" strokecolor="black [3040]"/>
            </w:pict>
          </mc:Fallback>
        </mc:AlternateContent>
      </w:r>
      <w:r w:rsidRPr="003469B1">
        <w:rPr>
          <w:rFonts w:ascii="Poppins" w:hAnsi="Poppins" w:cs="Poppins"/>
          <w:sz w:val="18"/>
          <w:szCs w:val="18"/>
        </w:rPr>
        <w:t xml:space="preserve">Mobile </w:t>
      </w:r>
      <w:r>
        <w:rPr>
          <w:rFonts w:ascii="Poppins" w:hAnsi="Poppins" w:cs="Poppins"/>
          <w:sz w:val="18"/>
          <w:szCs w:val="18"/>
        </w:rPr>
        <w:t xml:space="preserve">                                                                                                       </w:t>
      </w:r>
      <w:r w:rsidRPr="003469B1">
        <w:rPr>
          <w:rFonts w:ascii="Poppins" w:hAnsi="Poppins" w:cs="Poppins"/>
          <w:sz w:val="18"/>
          <w:szCs w:val="18"/>
        </w:rPr>
        <w:t xml:space="preserve"> Country Code </w:t>
      </w:r>
    </w:p>
    <w:p w14:paraId="03AC216C" w14:textId="25C276F5" w:rsidR="00142437" w:rsidRPr="003469B1" w:rsidRDefault="00A13380">
      <w:pPr>
        <w:rPr>
          <w:rFonts w:ascii="Poppins" w:hAnsi="Poppins" w:cs="Poppins"/>
          <w:sz w:val="18"/>
          <w:szCs w:val="18"/>
        </w:rPr>
      </w:pPr>
      <w:r>
        <w:rPr>
          <w:rFonts w:ascii="Poppins" w:hAnsi="Poppins" w:cs="Poppins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6668476" wp14:editId="13649F4E">
                <wp:simplePos x="0" y="0"/>
                <wp:positionH relativeFrom="column">
                  <wp:posOffset>815340</wp:posOffset>
                </wp:positionH>
                <wp:positionV relativeFrom="paragraph">
                  <wp:posOffset>129540</wp:posOffset>
                </wp:positionV>
                <wp:extent cx="5814060" cy="0"/>
                <wp:effectExtent l="0" t="0" r="0" b="0"/>
                <wp:wrapNone/>
                <wp:docPr id="636630594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406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EEB4BFE" id="Straight Connector 3" o:spid="_x0000_s1026" style="position:absolute;z-index:251652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4.2pt,10.2pt" to="522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" strokecolor="black [3040]"/>
            </w:pict>
          </mc:Fallback>
        </mc:AlternateContent>
      </w:r>
      <w:r w:rsidRPr="003469B1">
        <w:rPr>
          <w:rFonts w:ascii="Poppins" w:hAnsi="Poppins" w:cs="Poppins"/>
          <w:sz w:val="18"/>
          <w:szCs w:val="18"/>
        </w:rPr>
        <w:t xml:space="preserve">Organization </w:t>
      </w:r>
    </w:p>
    <w:p w14:paraId="7D8AE3FA" w14:textId="131B9713" w:rsidR="00142437" w:rsidRPr="003469B1" w:rsidRDefault="00A13380">
      <w:pPr>
        <w:rPr>
          <w:rFonts w:ascii="Poppins" w:hAnsi="Poppins" w:cs="Poppins"/>
          <w:sz w:val="18"/>
          <w:szCs w:val="18"/>
        </w:rPr>
      </w:pPr>
      <w:r>
        <w:rPr>
          <w:rFonts w:ascii="Poppins" w:hAnsi="Poppins" w:cs="Poppins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08C592" wp14:editId="580A5F83">
                <wp:simplePos x="0" y="0"/>
                <wp:positionH relativeFrom="column">
                  <wp:posOffset>3672840</wp:posOffset>
                </wp:positionH>
                <wp:positionV relativeFrom="paragraph">
                  <wp:posOffset>132715</wp:posOffset>
                </wp:positionV>
                <wp:extent cx="2956560" cy="0"/>
                <wp:effectExtent l="0" t="0" r="0" b="0"/>
                <wp:wrapNone/>
                <wp:docPr id="198411612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5656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D0BB9EC" id="Straight Connector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9.2pt,10.45pt" to="522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" strokecolor="black [3040]"/>
            </w:pict>
          </mc:Fallback>
        </mc:AlternateContent>
      </w:r>
      <w:r>
        <w:rPr>
          <w:rFonts w:ascii="Poppins" w:hAnsi="Poppins" w:cs="Poppins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8AF1D16" wp14:editId="062FA842">
                <wp:simplePos x="0" y="0"/>
                <wp:positionH relativeFrom="column">
                  <wp:posOffset>518160</wp:posOffset>
                </wp:positionH>
                <wp:positionV relativeFrom="paragraph">
                  <wp:posOffset>132715</wp:posOffset>
                </wp:positionV>
                <wp:extent cx="2651760" cy="0"/>
                <wp:effectExtent l="0" t="0" r="0" b="0"/>
                <wp:wrapNone/>
                <wp:docPr id="408425528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5176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FAA2023" id="Straight Connector 3" o:spid="_x0000_s1026" style="position:absolute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0.8pt,10.45pt" to="249.6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" strokecolor="black [3040]"/>
            </w:pict>
          </mc:Fallback>
        </mc:AlternateContent>
      </w:r>
      <w:r w:rsidRPr="003469B1">
        <w:rPr>
          <w:rFonts w:ascii="Poppins" w:hAnsi="Poppins" w:cs="Poppins"/>
          <w:sz w:val="18"/>
          <w:szCs w:val="18"/>
        </w:rPr>
        <w:t xml:space="preserve">Country </w:t>
      </w:r>
      <w:r>
        <w:rPr>
          <w:rFonts w:ascii="Poppins" w:hAnsi="Poppins" w:cs="Poppins"/>
          <w:sz w:val="18"/>
          <w:szCs w:val="18"/>
        </w:rPr>
        <w:t xml:space="preserve">                                                                                                  </w:t>
      </w:r>
      <w:r w:rsidRPr="003469B1">
        <w:rPr>
          <w:rFonts w:ascii="Poppins" w:hAnsi="Poppins" w:cs="Poppins"/>
          <w:sz w:val="18"/>
          <w:szCs w:val="18"/>
        </w:rPr>
        <w:t xml:space="preserve"> State </w:t>
      </w:r>
    </w:p>
    <w:p w14:paraId="5458F36B" w14:textId="43EAD1AF" w:rsidR="00142437" w:rsidRPr="003469B1" w:rsidRDefault="00A13380">
      <w:pPr>
        <w:rPr>
          <w:rFonts w:ascii="Poppins" w:hAnsi="Poppins" w:cs="Poppins"/>
          <w:sz w:val="18"/>
          <w:szCs w:val="18"/>
        </w:rPr>
      </w:pPr>
      <w:r>
        <w:rPr>
          <w:rFonts w:ascii="Poppins" w:hAnsi="Poppins" w:cs="Poppins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4FC3679" wp14:editId="20FF1A61">
                <wp:simplePos x="0" y="0"/>
                <wp:positionH relativeFrom="column">
                  <wp:posOffset>731520</wp:posOffset>
                </wp:positionH>
                <wp:positionV relativeFrom="paragraph">
                  <wp:posOffset>136525</wp:posOffset>
                </wp:positionV>
                <wp:extent cx="5897880" cy="0"/>
                <wp:effectExtent l="0" t="0" r="0" b="0"/>
                <wp:wrapNone/>
                <wp:docPr id="1299406462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788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A14B193" id="Straight Connector 3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7.6pt,10.75pt" to="522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" strokecolor="black [3040]"/>
            </w:pict>
          </mc:Fallback>
        </mc:AlternateContent>
      </w:r>
      <w:r w:rsidRPr="003469B1">
        <w:rPr>
          <w:rFonts w:ascii="Poppins" w:hAnsi="Poppins" w:cs="Poppins"/>
          <w:sz w:val="18"/>
          <w:szCs w:val="18"/>
        </w:rPr>
        <w:t xml:space="preserve">City/District </w:t>
      </w:r>
    </w:p>
    <w:p w14:paraId="737F249D" w14:textId="214BA297" w:rsidR="00142437" w:rsidRPr="003469B1" w:rsidRDefault="00142437">
      <w:pPr>
        <w:rPr>
          <w:rFonts w:ascii="Poppins" w:hAnsi="Poppins" w:cs="Poppins"/>
          <w:sz w:val="18"/>
          <w:szCs w:val="18"/>
        </w:rPr>
      </w:pPr>
    </w:p>
    <w:p w14:paraId="6FAC8595" w14:textId="772ECED9" w:rsidR="00142437" w:rsidRPr="003469B1" w:rsidRDefault="008E5953">
      <w:pPr>
        <w:rPr>
          <w:rFonts w:ascii="Poppins" w:hAnsi="Poppins" w:cs="Poppins"/>
          <w:sz w:val="18"/>
          <w:szCs w:val="18"/>
        </w:rPr>
      </w:pPr>
      <w:r>
        <w:rPr>
          <w:rFonts w:ascii="Poppins" w:hAnsi="Poppins" w:cs="Poppins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DAACC66" wp14:editId="75A3C364">
                <wp:simplePos x="0" y="0"/>
                <wp:positionH relativeFrom="column">
                  <wp:posOffset>1165860</wp:posOffset>
                </wp:positionH>
                <wp:positionV relativeFrom="paragraph">
                  <wp:posOffset>135890</wp:posOffset>
                </wp:positionV>
                <wp:extent cx="5463540" cy="0"/>
                <wp:effectExtent l="0" t="0" r="0" b="0"/>
                <wp:wrapNone/>
                <wp:docPr id="1270272858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6354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29CC20A" id="Straight Connector 3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1.8pt,10.7pt" to="522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" strokecolor="black [3040]"/>
            </w:pict>
          </mc:Fallback>
        </mc:AlternateContent>
      </w:r>
      <w:r w:rsidRPr="00BE5544">
        <w:rPr>
          <w:rFonts w:ascii="Poppins" w:hAnsi="Poppins" w:cs="Poppins"/>
          <w:b/>
          <w:bCs/>
          <w:color w:val="1E64A0"/>
          <w:sz w:val="18"/>
          <w:szCs w:val="18"/>
        </w:rPr>
        <w:t>No. of participants</w:t>
      </w:r>
      <w:r w:rsidRPr="00BE5544">
        <w:rPr>
          <w:rFonts w:ascii="Poppins" w:hAnsi="Poppins" w:cs="Poppins"/>
          <w:color w:val="1E64A0"/>
          <w:sz w:val="18"/>
          <w:szCs w:val="18"/>
        </w:rPr>
        <w:t xml:space="preserve"> </w:t>
      </w:r>
    </w:p>
    <w:p w14:paraId="488D8A5B" w14:textId="464C28E4" w:rsidR="00142437" w:rsidRPr="003469B1" w:rsidRDefault="008E5953">
      <w:pPr>
        <w:rPr>
          <w:rFonts w:ascii="Poppins" w:hAnsi="Poppins" w:cs="Poppins"/>
          <w:sz w:val="18"/>
          <w:szCs w:val="18"/>
        </w:rPr>
      </w:pPr>
      <w:r>
        <w:rPr>
          <w:rFonts w:ascii="Poppins" w:hAnsi="Poppins" w:cs="Poppins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894C571" wp14:editId="268BD076">
                <wp:simplePos x="0" y="0"/>
                <wp:positionH relativeFrom="column">
                  <wp:posOffset>1455420</wp:posOffset>
                </wp:positionH>
                <wp:positionV relativeFrom="paragraph">
                  <wp:posOffset>131445</wp:posOffset>
                </wp:positionV>
                <wp:extent cx="5181600" cy="0"/>
                <wp:effectExtent l="0" t="0" r="0" b="0"/>
                <wp:wrapNone/>
                <wp:docPr id="473488802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8160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78D40F4" id="Straight Connector 3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4.6pt,10.35pt" to="522.6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" strokecolor="black [3040]"/>
            </w:pict>
          </mc:Fallback>
        </mc:AlternateContent>
      </w:r>
      <w:r w:rsidRPr="00BE5544">
        <w:rPr>
          <w:rFonts w:ascii="Poppins" w:hAnsi="Poppins" w:cs="Poppins"/>
          <w:b/>
          <w:bCs/>
          <w:color w:val="1E64A0"/>
          <w:sz w:val="18"/>
          <w:szCs w:val="18"/>
        </w:rPr>
        <w:t>Total amount (INR/USD)</w:t>
      </w:r>
      <w:r w:rsidRPr="00BE5544">
        <w:rPr>
          <w:rFonts w:ascii="Poppins" w:hAnsi="Poppins" w:cs="Poppins"/>
          <w:color w:val="1E64A0"/>
          <w:sz w:val="18"/>
          <w:szCs w:val="18"/>
        </w:rPr>
        <w:t xml:space="preserve"> 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2376"/>
        <w:gridCol w:w="1944"/>
        <w:gridCol w:w="2160"/>
        <w:gridCol w:w="4260"/>
      </w:tblGrid>
      <w:tr w:rsidR="00142437" w:rsidRPr="003469B1" w14:paraId="160E05AE" w14:textId="77777777" w:rsidTr="00BE5544">
        <w:trPr>
          <w:trHeight w:val="382"/>
        </w:trPr>
        <w:tc>
          <w:tcPr>
            <w:tcW w:w="2376" w:type="dxa"/>
            <w:shd w:val="clear" w:color="auto" w:fill="1F65A1"/>
            <w:vAlign w:val="center"/>
          </w:tcPr>
          <w:p w14:paraId="7901AE2E" w14:textId="77777777" w:rsidR="00142437" w:rsidRPr="00BE5544" w:rsidRDefault="00000000" w:rsidP="00BE5544">
            <w:pPr>
              <w:jc w:val="center"/>
              <w:rPr>
                <w:rFonts w:ascii="Poppins" w:hAnsi="Poppins" w:cs="Poppins"/>
                <w:b/>
                <w:bCs/>
                <w:color w:val="FFFFFF"/>
                <w:sz w:val="18"/>
                <w:szCs w:val="18"/>
              </w:rPr>
            </w:pPr>
            <w:r w:rsidRPr="00BE5544">
              <w:rPr>
                <w:rFonts w:ascii="Poppins" w:hAnsi="Poppins" w:cs="Poppins"/>
                <w:b/>
                <w:bCs/>
                <w:color w:val="FFFFFF"/>
                <w:sz w:val="18"/>
                <w:szCs w:val="18"/>
              </w:rPr>
              <w:t>Name of Participants</w:t>
            </w:r>
          </w:p>
        </w:tc>
        <w:tc>
          <w:tcPr>
            <w:tcW w:w="1944" w:type="dxa"/>
            <w:shd w:val="clear" w:color="auto" w:fill="1F65A1"/>
            <w:vAlign w:val="center"/>
          </w:tcPr>
          <w:p w14:paraId="508414D8" w14:textId="77777777" w:rsidR="00142437" w:rsidRPr="00BE5544" w:rsidRDefault="00000000" w:rsidP="00BE5544">
            <w:pPr>
              <w:jc w:val="center"/>
              <w:rPr>
                <w:rFonts w:ascii="Poppins" w:hAnsi="Poppins" w:cs="Poppins"/>
                <w:b/>
                <w:bCs/>
                <w:color w:val="FFFFFF"/>
                <w:sz w:val="18"/>
                <w:szCs w:val="18"/>
              </w:rPr>
            </w:pPr>
            <w:r w:rsidRPr="00BE5544">
              <w:rPr>
                <w:rFonts w:ascii="Poppins" w:hAnsi="Poppins" w:cs="Poppins"/>
                <w:b/>
                <w:bCs/>
                <w:color w:val="FFFFFF"/>
                <w:sz w:val="18"/>
                <w:szCs w:val="18"/>
              </w:rPr>
              <w:t>Gender</w:t>
            </w:r>
          </w:p>
        </w:tc>
        <w:tc>
          <w:tcPr>
            <w:tcW w:w="2160" w:type="dxa"/>
            <w:shd w:val="clear" w:color="auto" w:fill="1F65A1"/>
            <w:vAlign w:val="center"/>
          </w:tcPr>
          <w:p w14:paraId="76207F4D" w14:textId="7D4F13AD" w:rsidR="00142437" w:rsidRPr="00BE5544" w:rsidRDefault="00000000" w:rsidP="00BE5544">
            <w:pPr>
              <w:jc w:val="center"/>
              <w:rPr>
                <w:rFonts w:ascii="Poppins" w:hAnsi="Poppins" w:cs="Poppins"/>
                <w:b/>
                <w:bCs/>
                <w:color w:val="FFFFFF"/>
                <w:sz w:val="18"/>
                <w:szCs w:val="18"/>
              </w:rPr>
            </w:pPr>
            <w:r w:rsidRPr="00BE5544">
              <w:rPr>
                <w:rFonts w:ascii="Poppins" w:hAnsi="Poppins" w:cs="Poppins"/>
                <w:b/>
                <w:bCs/>
                <w:color w:val="FFFFFF"/>
                <w:sz w:val="18"/>
                <w:szCs w:val="18"/>
              </w:rPr>
              <w:t>Designation</w:t>
            </w:r>
          </w:p>
        </w:tc>
        <w:tc>
          <w:tcPr>
            <w:tcW w:w="4260" w:type="dxa"/>
            <w:shd w:val="clear" w:color="auto" w:fill="1F65A1"/>
            <w:vAlign w:val="center"/>
          </w:tcPr>
          <w:p w14:paraId="57C0AF32" w14:textId="77777777" w:rsidR="00142437" w:rsidRPr="00BE5544" w:rsidRDefault="00000000" w:rsidP="00BE5544">
            <w:pPr>
              <w:jc w:val="center"/>
              <w:rPr>
                <w:rFonts w:ascii="Poppins" w:hAnsi="Poppins" w:cs="Poppins"/>
                <w:b/>
                <w:bCs/>
                <w:color w:val="FFFFFF"/>
                <w:sz w:val="18"/>
                <w:szCs w:val="18"/>
              </w:rPr>
            </w:pPr>
            <w:r w:rsidRPr="00BE5544">
              <w:rPr>
                <w:rFonts w:ascii="Poppins" w:hAnsi="Poppins" w:cs="Poppins"/>
                <w:b/>
                <w:bCs/>
                <w:color w:val="FFFFFF"/>
                <w:sz w:val="18"/>
                <w:szCs w:val="18"/>
              </w:rPr>
              <w:t>Email</w:t>
            </w:r>
          </w:p>
        </w:tc>
      </w:tr>
      <w:tr w:rsidR="00142437" w:rsidRPr="003469B1" w14:paraId="2AB64BB3" w14:textId="77777777" w:rsidTr="00BE5544">
        <w:tc>
          <w:tcPr>
            <w:tcW w:w="2376" w:type="dxa"/>
          </w:tcPr>
          <w:p w14:paraId="32FCA8FF" w14:textId="77777777" w:rsidR="00142437" w:rsidRPr="003469B1" w:rsidRDefault="00142437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1944" w:type="dxa"/>
          </w:tcPr>
          <w:p w14:paraId="21EC0EBD" w14:textId="77777777" w:rsidR="00142437" w:rsidRPr="003469B1" w:rsidRDefault="00142437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2160" w:type="dxa"/>
          </w:tcPr>
          <w:p w14:paraId="77FE22CD" w14:textId="162A73DD" w:rsidR="00142437" w:rsidRPr="003469B1" w:rsidRDefault="00142437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4260" w:type="dxa"/>
          </w:tcPr>
          <w:p w14:paraId="6B8A10E0" w14:textId="77777777" w:rsidR="00142437" w:rsidRPr="003469B1" w:rsidRDefault="00142437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  <w:tr w:rsidR="00142437" w:rsidRPr="003469B1" w14:paraId="30746195" w14:textId="77777777" w:rsidTr="00BE5544">
        <w:tc>
          <w:tcPr>
            <w:tcW w:w="2376" w:type="dxa"/>
          </w:tcPr>
          <w:p w14:paraId="2E82E247" w14:textId="77777777" w:rsidR="00142437" w:rsidRPr="003469B1" w:rsidRDefault="00142437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1944" w:type="dxa"/>
          </w:tcPr>
          <w:p w14:paraId="6E2F85DF" w14:textId="77777777" w:rsidR="00142437" w:rsidRPr="003469B1" w:rsidRDefault="00142437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2160" w:type="dxa"/>
          </w:tcPr>
          <w:p w14:paraId="302FB22D" w14:textId="36A1804D" w:rsidR="00142437" w:rsidRPr="003469B1" w:rsidRDefault="00142437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4260" w:type="dxa"/>
          </w:tcPr>
          <w:p w14:paraId="30D32D0F" w14:textId="77777777" w:rsidR="00142437" w:rsidRPr="003469B1" w:rsidRDefault="00142437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  <w:tr w:rsidR="00142437" w:rsidRPr="003469B1" w14:paraId="00DCB2AA" w14:textId="77777777" w:rsidTr="00BE5544">
        <w:tc>
          <w:tcPr>
            <w:tcW w:w="2376" w:type="dxa"/>
          </w:tcPr>
          <w:p w14:paraId="7BD04F64" w14:textId="77777777" w:rsidR="00142437" w:rsidRPr="003469B1" w:rsidRDefault="00142437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1944" w:type="dxa"/>
          </w:tcPr>
          <w:p w14:paraId="0182AD5D" w14:textId="1771411A" w:rsidR="00142437" w:rsidRPr="003469B1" w:rsidRDefault="00142437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2160" w:type="dxa"/>
          </w:tcPr>
          <w:p w14:paraId="0D4169FB" w14:textId="77777777" w:rsidR="00142437" w:rsidRPr="003469B1" w:rsidRDefault="00142437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4260" w:type="dxa"/>
          </w:tcPr>
          <w:p w14:paraId="218B8792" w14:textId="77777777" w:rsidR="00142437" w:rsidRPr="003469B1" w:rsidRDefault="00142437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  <w:tr w:rsidR="00142437" w:rsidRPr="003469B1" w14:paraId="7FC0D72B" w14:textId="77777777" w:rsidTr="00BE5544">
        <w:tc>
          <w:tcPr>
            <w:tcW w:w="2376" w:type="dxa"/>
          </w:tcPr>
          <w:p w14:paraId="2DBECB95" w14:textId="77777777" w:rsidR="00142437" w:rsidRPr="003469B1" w:rsidRDefault="00142437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1944" w:type="dxa"/>
          </w:tcPr>
          <w:p w14:paraId="0B94EE95" w14:textId="77777777" w:rsidR="00142437" w:rsidRPr="003469B1" w:rsidRDefault="00142437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2160" w:type="dxa"/>
          </w:tcPr>
          <w:p w14:paraId="6B91907C" w14:textId="77777777" w:rsidR="00142437" w:rsidRPr="003469B1" w:rsidRDefault="00142437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4260" w:type="dxa"/>
          </w:tcPr>
          <w:p w14:paraId="4A60D464" w14:textId="77777777" w:rsidR="00142437" w:rsidRPr="003469B1" w:rsidRDefault="00142437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</w:tbl>
    <w:p w14:paraId="240B7A78" w14:textId="09D27547" w:rsidR="00142437" w:rsidRPr="003469B1" w:rsidRDefault="00142437">
      <w:pPr>
        <w:rPr>
          <w:rFonts w:ascii="Poppins" w:hAnsi="Poppins" w:cs="Poppins"/>
          <w:sz w:val="18"/>
          <w:szCs w:val="18"/>
        </w:rPr>
      </w:pPr>
    </w:p>
    <w:p w14:paraId="67660C28" w14:textId="760BB8B1" w:rsidR="00142437" w:rsidRPr="00BE5544" w:rsidRDefault="00000000">
      <w:pPr>
        <w:rPr>
          <w:rFonts w:ascii="Poppins" w:hAnsi="Poppins" w:cs="Poppins"/>
          <w:b/>
          <w:bCs/>
          <w:color w:val="1E64A0"/>
          <w:sz w:val="18"/>
          <w:szCs w:val="18"/>
        </w:rPr>
      </w:pPr>
      <w:r w:rsidRPr="00BE5544">
        <w:rPr>
          <w:rFonts w:ascii="Poppins" w:hAnsi="Poppins" w:cs="Poppins"/>
          <w:b/>
          <w:bCs/>
          <w:color w:val="1E64A0"/>
          <w:sz w:val="18"/>
          <w:szCs w:val="18"/>
        </w:rPr>
        <w:t>Payment Details</w:t>
      </w:r>
    </w:p>
    <w:p w14:paraId="50ED4E12" w14:textId="435EF806" w:rsidR="00142437" w:rsidRPr="003469B1" w:rsidRDefault="00D16EEC">
      <w:pPr>
        <w:rPr>
          <w:rFonts w:ascii="Poppins" w:hAnsi="Poppins" w:cs="Poppins"/>
          <w:sz w:val="18"/>
          <w:szCs w:val="18"/>
        </w:rPr>
      </w:pPr>
      <w:r>
        <w:rPr>
          <w:rFonts w:ascii="Poppins" w:hAnsi="Poppins" w:cs="Poppins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18B1914" wp14:editId="25FFD4E2">
                <wp:simplePos x="0" y="0"/>
                <wp:positionH relativeFrom="column">
                  <wp:posOffset>4145280</wp:posOffset>
                </wp:positionH>
                <wp:positionV relativeFrom="paragraph">
                  <wp:posOffset>135890</wp:posOffset>
                </wp:positionV>
                <wp:extent cx="2529840" cy="0"/>
                <wp:effectExtent l="0" t="0" r="0" b="0"/>
                <wp:wrapNone/>
                <wp:docPr id="35730612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2984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182542" id="Straight Connector 3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6.4pt,10.7pt" to="525.6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" strokecolor="black [3040]"/>
            </w:pict>
          </mc:Fallback>
        </mc:AlternateContent>
      </w:r>
      <w:r>
        <w:rPr>
          <w:rFonts w:ascii="Poppins" w:hAnsi="Poppins" w:cs="Poppins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FCF4459" wp14:editId="5CC8FF87">
                <wp:simplePos x="0" y="0"/>
                <wp:positionH relativeFrom="column">
                  <wp:posOffset>876300</wp:posOffset>
                </wp:positionH>
                <wp:positionV relativeFrom="paragraph">
                  <wp:posOffset>135890</wp:posOffset>
                </wp:positionV>
                <wp:extent cx="2636520" cy="0"/>
                <wp:effectExtent l="0" t="0" r="0" b="0"/>
                <wp:wrapNone/>
                <wp:docPr id="1133738706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652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C7BB65" id="Straight Connector 3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9pt,10.7pt" to="276.6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" strokecolor="black [3040]"/>
            </w:pict>
          </mc:Fallback>
        </mc:AlternateContent>
      </w:r>
      <w:r w:rsidRPr="003469B1">
        <w:rPr>
          <w:rFonts w:ascii="Poppins" w:hAnsi="Poppins" w:cs="Poppins"/>
          <w:sz w:val="18"/>
          <w:szCs w:val="18"/>
        </w:rPr>
        <w:t>Cheque/DD no</w:t>
      </w:r>
      <w:r>
        <w:rPr>
          <w:rFonts w:ascii="Poppins" w:hAnsi="Poppins" w:cs="Poppins"/>
          <w:sz w:val="18"/>
          <w:szCs w:val="18"/>
        </w:rPr>
        <w:t xml:space="preserve">                                                                                                   </w:t>
      </w:r>
      <w:r w:rsidRPr="003469B1">
        <w:rPr>
          <w:rFonts w:ascii="Poppins" w:hAnsi="Poppins" w:cs="Poppins"/>
          <w:sz w:val="18"/>
          <w:szCs w:val="18"/>
        </w:rPr>
        <w:t xml:space="preserve">Amount </w:t>
      </w:r>
    </w:p>
    <w:p w14:paraId="2DF5AEF6" w14:textId="02A0A230" w:rsidR="00142437" w:rsidRPr="003469B1" w:rsidRDefault="00D16EEC">
      <w:pPr>
        <w:rPr>
          <w:rFonts w:ascii="Poppins" w:hAnsi="Poppins" w:cs="Poppins"/>
          <w:sz w:val="18"/>
          <w:szCs w:val="18"/>
        </w:rPr>
      </w:pPr>
      <w:r>
        <w:rPr>
          <w:rFonts w:ascii="Poppins" w:hAnsi="Poppins" w:cs="Poppins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F8C3987" wp14:editId="629698B9">
                <wp:simplePos x="0" y="0"/>
                <wp:positionH relativeFrom="column">
                  <wp:posOffset>358140</wp:posOffset>
                </wp:positionH>
                <wp:positionV relativeFrom="paragraph">
                  <wp:posOffset>131445</wp:posOffset>
                </wp:positionV>
                <wp:extent cx="6316980" cy="0"/>
                <wp:effectExtent l="0" t="0" r="0" b="0"/>
                <wp:wrapNone/>
                <wp:docPr id="1094121362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1698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F26464" id="Straight Connector 3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.2pt,10.35pt" to="525.6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" strokecolor="black [3040]"/>
            </w:pict>
          </mc:Fallback>
        </mc:AlternateContent>
      </w:r>
      <w:r w:rsidRPr="003469B1">
        <w:rPr>
          <w:rFonts w:ascii="Poppins" w:hAnsi="Poppins" w:cs="Poppins"/>
          <w:sz w:val="18"/>
          <w:szCs w:val="18"/>
        </w:rPr>
        <w:t xml:space="preserve">Bank </w:t>
      </w:r>
    </w:p>
    <w:p w14:paraId="4545EF01" w14:textId="1A817EFF" w:rsidR="00142437" w:rsidRPr="00BE5544" w:rsidRDefault="00000000">
      <w:pPr>
        <w:rPr>
          <w:rFonts w:ascii="Poppins" w:hAnsi="Poppins" w:cs="Poppins"/>
          <w:b/>
          <w:bCs/>
          <w:color w:val="1E64A0"/>
          <w:sz w:val="18"/>
          <w:szCs w:val="18"/>
        </w:rPr>
      </w:pPr>
      <w:r w:rsidRPr="00BE5544">
        <w:rPr>
          <w:rFonts w:ascii="Poppins" w:hAnsi="Poppins" w:cs="Poppins"/>
          <w:b/>
          <w:bCs/>
          <w:color w:val="1E64A0"/>
          <w:sz w:val="18"/>
          <w:szCs w:val="18"/>
        </w:rPr>
        <w:t>NEFT Details:</w:t>
      </w:r>
    </w:p>
    <w:p w14:paraId="26EED8D3" w14:textId="5B3E2589" w:rsidR="00142437" w:rsidRPr="003469B1" w:rsidRDefault="00CE41E8">
      <w:pPr>
        <w:rPr>
          <w:rFonts w:ascii="Poppins" w:hAnsi="Poppins" w:cs="Poppins"/>
          <w:sz w:val="18"/>
          <w:szCs w:val="18"/>
        </w:rPr>
      </w:pPr>
      <w:r>
        <w:rPr>
          <w:rFonts w:ascii="Poppins" w:hAnsi="Poppins" w:cs="Poppins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D0F1CE0" wp14:editId="7F77A17B">
                <wp:simplePos x="0" y="0"/>
                <wp:positionH relativeFrom="column">
                  <wp:posOffset>2788920</wp:posOffset>
                </wp:positionH>
                <wp:positionV relativeFrom="paragraph">
                  <wp:posOffset>123190</wp:posOffset>
                </wp:positionV>
                <wp:extent cx="1821180" cy="0"/>
                <wp:effectExtent l="0" t="0" r="0" b="0"/>
                <wp:wrapNone/>
                <wp:docPr id="140041107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118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48A0B9" id="Straight Connector 3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9.6pt,9.7pt" to="363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" strokecolor="black [3040]"/>
            </w:pict>
          </mc:Fallback>
        </mc:AlternateContent>
      </w:r>
      <w:r>
        <w:rPr>
          <w:rFonts w:ascii="Poppins" w:hAnsi="Poppins" w:cs="Poppins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4DDE8F6" wp14:editId="466DDB01">
                <wp:simplePos x="0" y="0"/>
                <wp:positionH relativeFrom="column">
                  <wp:posOffset>358140</wp:posOffset>
                </wp:positionH>
                <wp:positionV relativeFrom="paragraph">
                  <wp:posOffset>123190</wp:posOffset>
                </wp:positionV>
                <wp:extent cx="1821180" cy="0"/>
                <wp:effectExtent l="0" t="0" r="0" b="0"/>
                <wp:wrapNone/>
                <wp:docPr id="594770234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118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8C524A" id="Straight Connector 3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.2pt,9.7pt" to="171.6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" strokecolor="black [3040]"/>
            </w:pict>
          </mc:Fallback>
        </mc:AlternateContent>
      </w:r>
      <w:r w:rsidRPr="003469B1">
        <w:rPr>
          <w:rFonts w:ascii="Poppins" w:hAnsi="Poppins" w:cs="Poppins"/>
          <w:sz w:val="18"/>
          <w:szCs w:val="18"/>
        </w:rPr>
        <w:t xml:space="preserve">Date </w:t>
      </w:r>
      <w:r>
        <w:rPr>
          <w:rFonts w:ascii="Poppins" w:hAnsi="Poppins" w:cs="Poppins"/>
          <w:sz w:val="18"/>
          <w:szCs w:val="18"/>
        </w:rPr>
        <w:t xml:space="preserve">                                                                    </w:t>
      </w:r>
      <w:r w:rsidRPr="003469B1">
        <w:rPr>
          <w:rFonts w:ascii="Poppins" w:hAnsi="Poppins" w:cs="Poppins"/>
          <w:sz w:val="18"/>
          <w:szCs w:val="18"/>
        </w:rPr>
        <w:t xml:space="preserve"> Amount </w:t>
      </w:r>
    </w:p>
    <w:p w14:paraId="3400D9DD" w14:textId="7A32E09E" w:rsidR="00142437" w:rsidRPr="003469B1" w:rsidRDefault="00CE41E8">
      <w:pPr>
        <w:rPr>
          <w:rFonts w:ascii="Poppins" w:hAnsi="Poppins" w:cs="Poppins"/>
          <w:sz w:val="18"/>
          <w:szCs w:val="18"/>
        </w:rPr>
      </w:pPr>
      <w:r>
        <w:rPr>
          <w:rFonts w:ascii="Poppins" w:hAnsi="Poppins" w:cs="Poppins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835C43C" wp14:editId="2B7AF002">
                <wp:simplePos x="0" y="0"/>
                <wp:positionH relativeFrom="column">
                  <wp:posOffset>914400</wp:posOffset>
                </wp:positionH>
                <wp:positionV relativeFrom="paragraph">
                  <wp:posOffset>127000</wp:posOffset>
                </wp:positionV>
                <wp:extent cx="3695700" cy="0"/>
                <wp:effectExtent l="0" t="0" r="0" b="0"/>
                <wp:wrapNone/>
                <wp:docPr id="2077151804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9570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0D5132" id="Straight Connector 3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in,10pt" to="363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" strokecolor="black [3040]"/>
            </w:pict>
          </mc:Fallback>
        </mc:AlternateContent>
      </w:r>
      <w:r w:rsidRPr="003469B1">
        <w:rPr>
          <w:rFonts w:ascii="Poppins" w:hAnsi="Poppins" w:cs="Poppins"/>
          <w:sz w:val="18"/>
          <w:szCs w:val="18"/>
        </w:rPr>
        <w:t xml:space="preserve">Transaction ID </w:t>
      </w:r>
    </w:p>
    <w:p w14:paraId="1FB2CA81" w14:textId="77777777" w:rsidR="00142437" w:rsidRPr="002D6325" w:rsidRDefault="00000000" w:rsidP="002D6325">
      <w:pPr>
        <w:jc w:val="right"/>
        <w:rPr>
          <w:rFonts w:ascii="Poppins" w:hAnsi="Poppins" w:cs="Poppins"/>
          <w:b/>
          <w:bCs/>
          <w:sz w:val="18"/>
          <w:szCs w:val="18"/>
        </w:rPr>
      </w:pPr>
      <w:r w:rsidRPr="003469B1">
        <w:rPr>
          <w:rFonts w:ascii="Poppins" w:hAnsi="Poppins" w:cs="Poppins"/>
          <w:sz w:val="18"/>
          <w:szCs w:val="18"/>
        </w:rPr>
        <w:br/>
      </w:r>
      <w:r w:rsidRPr="003469B1">
        <w:rPr>
          <w:rFonts w:ascii="Poppins" w:hAnsi="Poppins" w:cs="Poppins"/>
          <w:sz w:val="18"/>
          <w:szCs w:val="18"/>
        </w:rPr>
        <w:br/>
      </w:r>
      <w:r w:rsidRPr="002D6325">
        <w:rPr>
          <w:rFonts w:ascii="Poppins" w:hAnsi="Poppins" w:cs="Poppins"/>
          <w:b/>
          <w:bCs/>
          <w:sz w:val="18"/>
          <w:szCs w:val="18"/>
        </w:rPr>
        <w:t>Signature</w:t>
      </w:r>
    </w:p>
    <w:p w14:paraId="290F7AD3" w14:textId="41C92BEC" w:rsidR="00142437" w:rsidRDefault="002D6325" w:rsidP="002D6325">
      <w:pPr>
        <w:rPr>
          <w:rFonts w:ascii="Poppins" w:hAnsi="Poppins" w:cs="Poppins"/>
          <w:sz w:val="18"/>
          <w:szCs w:val="18"/>
        </w:rPr>
      </w:pPr>
      <w:r w:rsidRPr="002D6325">
        <w:rPr>
          <w:rFonts w:ascii="Poppins" w:hAnsi="Poppins" w:cs="Poppins"/>
          <w:b/>
          <w:bCs/>
          <w:sz w:val="18"/>
          <w:szCs w:val="18"/>
        </w:rPr>
        <w:t>Note:</w:t>
      </w:r>
      <w:r w:rsidRPr="002D6325">
        <w:rPr>
          <w:rFonts w:ascii="Poppins" w:hAnsi="Poppins" w:cs="Poppins"/>
          <w:sz w:val="18"/>
          <w:szCs w:val="18"/>
        </w:rPr>
        <w:t xml:space="preserve"> Please send the filled-in form to aratrika@csrbox.org along with payment details. In case of cheque/DD send a hard copy of the form to our Ahmedabad office. Please mention your name and mobile number on the back of the DD/Cheque.</w:t>
      </w:r>
    </w:p>
    <w:p w14:paraId="3543F77A" w14:textId="77777777" w:rsidR="002D6325" w:rsidRPr="002D6325" w:rsidRDefault="002D6325" w:rsidP="002D6325">
      <w:pPr>
        <w:rPr>
          <w:rFonts w:ascii="Poppins" w:hAnsi="Poppins" w:cs="Poppins"/>
          <w:sz w:val="18"/>
          <w:szCs w:val="18"/>
          <w:lang w:val="en-IN"/>
        </w:rPr>
      </w:pPr>
      <w:proofErr w:type="spellStart"/>
      <w:r w:rsidRPr="002D6325">
        <w:rPr>
          <w:rFonts w:ascii="Poppins" w:hAnsi="Poppins" w:cs="Poppins"/>
          <w:b/>
          <w:bCs/>
          <w:sz w:val="18"/>
          <w:szCs w:val="18"/>
          <w:lang w:val="en-IN"/>
        </w:rPr>
        <w:t>Renalysis</w:t>
      </w:r>
      <w:proofErr w:type="spellEnd"/>
      <w:r w:rsidRPr="002D6325">
        <w:rPr>
          <w:rFonts w:ascii="Poppins" w:hAnsi="Poppins" w:cs="Poppins"/>
          <w:b/>
          <w:bCs/>
          <w:sz w:val="18"/>
          <w:szCs w:val="18"/>
          <w:lang w:val="en-IN"/>
        </w:rPr>
        <w:t xml:space="preserve"> Consultants </w:t>
      </w:r>
      <w:proofErr w:type="spellStart"/>
      <w:r w:rsidRPr="002D6325">
        <w:rPr>
          <w:rFonts w:ascii="Poppins" w:hAnsi="Poppins" w:cs="Poppins"/>
          <w:b/>
          <w:bCs/>
          <w:sz w:val="18"/>
          <w:szCs w:val="18"/>
          <w:lang w:val="en-IN"/>
        </w:rPr>
        <w:t>Pvt.</w:t>
      </w:r>
      <w:proofErr w:type="spellEnd"/>
      <w:r w:rsidRPr="002D6325">
        <w:rPr>
          <w:rFonts w:ascii="Poppins" w:hAnsi="Poppins" w:cs="Poppins"/>
          <w:b/>
          <w:bCs/>
          <w:sz w:val="18"/>
          <w:szCs w:val="18"/>
          <w:lang w:val="en-IN"/>
        </w:rPr>
        <w:t xml:space="preserve"> Ltd. (NGOBOX)</w:t>
      </w:r>
      <w:r w:rsidRPr="002D6325">
        <w:rPr>
          <w:rFonts w:ascii="Poppins" w:hAnsi="Poppins" w:cs="Poppins"/>
          <w:sz w:val="18"/>
          <w:szCs w:val="18"/>
          <w:lang w:val="en-IN"/>
        </w:rPr>
        <w:br/>
        <w:t>Swati Trinity, Applewood Township,</w:t>
      </w:r>
      <w:r w:rsidRPr="002D6325">
        <w:rPr>
          <w:rFonts w:ascii="Poppins" w:hAnsi="Poppins" w:cs="Poppins"/>
          <w:sz w:val="18"/>
          <w:szCs w:val="18"/>
          <w:lang w:val="en-IN"/>
        </w:rPr>
        <w:br/>
        <w:t>A-404, Shela, Sarkhej-</w:t>
      </w:r>
      <w:proofErr w:type="spellStart"/>
      <w:r w:rsidRPr="002D6325">
        <w:rPr>
          <w:rFonts w:ascii="Poppins" w:hAnsi="Poppins" w:cs="Poppins"/>
          <w:sz w:val="18"/>
          <w:szCs w:val="18"/>
          <w:lang w:val="en-IN"/>
        </w:rPr>
        <w:t>Okaf</w:t>
      </w:r>
      <w:proofErr w:type="spellEnd"/>
      <w:r w:rsidRPr="002D6325">
        <w:rPr>
          <w:rFonts w:ascii="Poppins" w:hAnsi="Poppins" w:cs="Poppins"/>
          <w:sz w:val="18"/>
          <w:szCs w:val="18"/>
          <w:lang w:val="en-IN"/>
        </w:rPr>
        <w:t>,</w:t>
      </w:r>
      <w:r w:rsidRPr="002D6325">
        <w:rPr>
          <w:rFonts w:ascii="Poppins" w:hAnsi="Poppins" w:cs="Poppins"/>
          <w:sz w:val="18"/>
          <w:szCs w:val="18"/>
          <w:lang w:val="en-IN"/>
        </w:rPr>
        <w:br/>
        <w:t>Gujarat 380058</w:t>
      </w:r>
    </w:p>
    <w:p w14:paraId="0B79E268" w14:textId="77777777" w:rsidR="002D6325" w:rsidRPr="002D6325" w:rsidRDefault="002D6325" w:rsidP="002D6325">
      <w:pPr>
        <w:rPr>
          <w:rFonts w:ascii="Poppins" w:hAnsi="Poppins" w:cs="Poppins"/>
          <w:sz w:val="18"/>
          <w:szCs w:val="18"/>
          <w:lang w:val="en-IN"/>
        </w:rPr>
      </w:pPr>
      <w:r w:rsidRPr="002D6325">
        <w:rPr>
          <w:rFonts w:ascii="Poppins" w:hAnsi="Poppins" w:cs="Poppins"/>
          <w:b/>
          <w:bCs/>
          <w:sz w:val="18"/>
          <w:szCs w:val="18"/>
          <w:lang w:val="en-IN"/>
        </w:rPr>
        <w:t>Telephone:</w:t>
      </w:r>
      <w:r w:rsidRPr="002D6325">
        <w:rPr>
          <w:rFonts w:ascii="Poppins" w:hAnsi="Poppins" w:cs="Poppins"/>
          <w:sz w:val="18"/>
          <w:szCs w:val="18"/>
          <w:lang w:val="en-IN"/>
        </w:rPr>
        <w:t xml:space="preserve"> +91 9560352170 / 9971429654</w:t>
      </w:r>
      <w:r w:rsidRPr="002D6325">
        <w:rPr>
          <w:rFonts w:ascii="Poppins" w:hAnsi="Poppins" w:cs="Poppins"/>
          <w:sz w:val="18"/>
          <w:szCs w:val="18"/>
          <w:lang w:val="en-IN"/>
        </w:rPr>
        <w:br/>
      </w:r>
      <w:r w:rsidRPr="002D6325">
        <w:rPr>
          <w:rFonts w:ascii="Poppins" w:hAnsi="Poppins" w:cs="Poppins"/>
          <w:b/>
          <w:bCs/>
          <w:sz w:val="18"/>
          <w:szCs w:val="18"/>
          <w:lang w:val="en-IN"/>
        </w:rPr>
        <w:t>Email:</w:t>
      </w:r>
      <w:r w:rsidRPr="002D6325">
        <w:rPr>
          <w:rFonts w:ascii="Poppins" w:hAnsi="Poppins" w:cs="Poppins"/>
          <w:sz w:val="18"/>
          <w:szCs w:val="18"/>
          <w:lang w:val="en-IN"/>
        </w:rPr>
        <w:t xml:space="preserve"> Shilpi@csrbox.org</w:t>
      </w:r>
    </w:p>
    <w:p w14:paraId="62D368B2" w14:textId="77777777" w:rsidR="002D6325" w:rsidRPr="003469B1" w:rsidRDefault="002D6325" w:rsidP="002D6325">
      <w:pPr>
        <w:rPr>
          <w:rFonts w:ascii="Poppins" w:hAnsi="Poppins" w:cs="Poppins"/>
          <w:sz w:val="18"/>
          <w:szCs w:val="18"/>
        </w:rPr>
      </w:pPr>
    </w:p>
    <w:sectPr w:rsidR="002D6325" w:rsidRPr="003469B1" w:rsidSect="003469B1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98025205">
    <w:abstractNumId w:val="8"/>
  </w:num>
  <w:num w:numId="2" w16cid:durableId="322513014">
    <w:abstractNumId w:val="6"/>
  </w:num>
  <w:num w:numId="3" w16cid:durableId="1900702520">
    <w:abstractNumId w:val="5"/>
  </w:num>
  <w:num w:numId="4" w16cid:durableId="1078988894">
    <w:abstractNumId w:val="4"/>
  </w:num>
  <w:num w:numId="5" w16cid:durableId="287782149">
    <w:abstractNumId w:val="7"/>
  </w:num>
  <w:num w:numId="6" w16cid:durableId="372311421">
    <w:abstractNumId w:val="3"/>
  </w:num>
  <w:num w:numId="7" w16cid:durableId="1243367529">
    <w:abstractNumId w:val="2"/>
  </w:num>
  <w:num w:numId="8" w16cid:durableId="1065564318">
    <w:abstractNumId w:val="1"/>
  </w:num>
  <w:num w:numId="9" w16cid:durableId="159735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42437"/>
    <w:rsid w:val="0015074B"/>
    <w:rsid w:val="0029639D"/>
    <w:rsid w:val="002D6325"/>
    <w:rsid w:val="00326F90"/>
    <w:rsid w:val="003469B1"/>
    <w:rsid w:val="008E5953"/>
    <w:rsid w:val="00A13380"/>
    <w:rsid w:val="00AA1D8D"/>
    <w:rsid w:val="00B47730"/>
    <w:rsid w:val="00BE5544"/>
    <w:rsid w:val="00CB0664"/>
    <w:rsid w:val="00CE41E8"/>
    <w:rsid w:val="00D16EEC"/>
    <w:rsid w:val="00D27855"/>
    <w:rsid w:val="00F30BFE"/>
    <w:rsid w:val="00F63C39"/>
    <w:rsid w:val="00F708A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4C35E8"/>
  <w14:defaultImageDpi w14:val="300"/>
  <w15:docId w15:val="{9044D8A9-AA94-4497-A1AA-81F98ED14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CSR BOX</cp:lastModifiedBy>
  <cp:revision>7</cp:revision>
  <dcterms:created xsi:type="dcterms:W3CDTF">2013-12-23T23:15:00Z</dcterms:created>
  <dcterms:modified xsi:type="dcterms:W3CDTF">2026-07-03T09:11:00Z</dcterms:modified>
  <cp:category/>
</cp:coreProperties>
</file>